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77652" w14:textId="77777777" w:rsidR="00440BA5" w:rsidRPr="00D2197E" w:rsidRDefault="00D2197E">
      <w:pPr>
        <w:pStyle w:val="Title"/>
        <w:rPr>
          <w:rFonts w:ascii="Mystical Woods Rough Script" w:hAnsi="Mystical Woods Rough Script"/>
        </w:rPr>
      </w:pPr>
      <w:r w:rsidRPr="00D2197E">
        <w:rPr>
          <w:rFonts w:ascii="Mystical Woods Rough Script" w:hAnsi="Mystical Woods Rough Script"/>
        </w:rPr>
        <w:t>Mama Naturally DIY Cleaning Recipes</w:t>
      </w:r>
    </w:p>
    <w:p w14:paraId="6832F99C" w14:textId="77777777" w:rsidR="00440BA5" w:rsidRDefault="00D2197E">
      <w:pPr>
        <w:pStyle w:val="Heading2"/>
      </w:pPr>
      <w:r>
        <w:t>All-Purpose Cleaning Spray</w:t>
      </w:r>
    </w:p>
    <w:p w14:paraId="069EBD00" w14:textId="77777777" w:rsidR="00440BA5" w:rsidRDefault="00D2197E">
      <w:r>
        <w:t>**Ingredients:** 1 cup white vinegar, 1 cup filtered water, 10 drops tea tree oil, 10 drops lemon oil</w:t>
      </w:r>
    </w:p>
    <w:p w14:paraId="12C56EFC" w14:textId="77777777" w:rsidR="00440BA5" w:rsidRDefault="00D2197E">
      <w:r>
        <w:t xml:space="preserve">**Why it works:** Vinegar cuts grease and disinfects. Tea tree and lemon oils are </w:t>
      </w:r>
      <w:r>
        <w:t>antimicrobial.</w:t>
      </w:r>
    </w:p>
    <w:p w14:paraId="3B3F860D" w14:textId="77777777" w:rsidR="00440BA5" w:rsidRDefault="00D2197E">
      <w:pPr>
        <w:pStyle w:val="Heading2"/>
      </w:pPr>
      <w:r>
        <w:t>Streak-Free Glass &amp; Mirror Spray</w:t>
      </w:r>
    </w:p>
    <w:p w14:paraId="0F0665A9" w14:textId="77777777" w:rsidR="00440BA5" w:rsidRDefault="00D2197E">
      <w:r>
        <w:t>**Ingredients:** 1/4 cup vinegar, 1/4 cup rubbing alcohol, 2 cups distilled water, 1 tbsp cornstarch</w:t>
      </w:r>
    </w:p>
    <w:p w14:paraId="0376BC12" w14:textId="77777777" w:rsidR="00440BA5" w:rsidRDefault="00D2197E">
      <w:r>
        <w:t>**Why it works:** Alcohol evaporates fast for shine; cornstarch helps prevent streaks.</w:t>
      </w:r>
    </w:p>
    <w:p w14:paraId="7D19B070" w14:textId="77777777" w:rsidR="00440BA5" w:rsidRDefault="00D2197E">
      <w:pPr>
        <w:pStyle w:val="Heading2"/>
      </w:pPr>
      <w:r>
        <w:t>Toilet Bowl Fizz Bom</w:t>
      </w:r>
      <w:r>
        <w:t>bs</w:t>
      </w:r>
    </w:p>
    <w:p w14:paraId="5D92B7D7" w14:textId="77777777" w:rsidR="00440BA5" w:rsidRDefault="00D2197E">
      <w:r>
        <w:t>**Ingredients:** 1 cup baking soda, 1/4 cup citric acid, 1 tbsp Castile soap, 10 drops eucalyptus oil</w:t>
      </w:r>
    </w:p>
    <w:p w14:paraId="60A39662" w14:textId="77777777" w:rsidR="00440BA5" w:rsidRDefault="00D2197E">
      <w:r>
        <w:t>**Why it works:** Fizzing lifts grime and deodorizes naturally.</w:t>
      </w:r>
    </w:p>
    <w:p w14:paraId="7ECD214A" w14:textId="77777777" w:rsidR="00440BA5" w:rsidRDefault="00D2197E">
      <w:pPr>
        <w:pStyle w:val="Heading2"/>
      </w:pPr>
      <w:r>
        <w:t>Tub &amp; Tile Scrub</w:t>
      </w:r>
    </w:p>
    <w:p w14:paraId="1E82FF1C" w14:textId="77777777" w:rsidR="00440BA5" w:rsidRDefault="00D2197E">
      <w:r>
        <w:t>**Ingredients:** 1/2 cup baking soda, Castile soap, 5 drops peppermint</w:t>
      </w:r>
      <w:r>
        <w:t xml:space="preserve"> oil</w:t>
      </w:r>
    </w:p>
    <w:p w14:paraId="228185F4" w14:textId="77777777" w:rsidR="00440BA5" w:rsidRDefault="00D2197E">
      <w:r>
        <w:t>**Why it works:** Scrubs soap scum while Castile soap lifts grime.</w:t>
      </w:r>
    </w:p>
    <w:p w14:paraId="5DFC9EA1" w14:textId="77777777" w:rsidR="00440BA5" w:rsidRDefault="00D2197E">
      <w:pPr>
        <w:pStyle w:val="Heading2"/>
      </w:pPr>
      <w:r>
        <w:t>Floor Cleaner (Tile &amp; Laminate)</w:t>
      </w:r>
    </w:p>
    <w:p w14:paraId="3F5E8125" w14:textId="77777777" w:rsidR="00440BA5" w:rsidRDefault="00D2197E">
      <w:r>
        <w:t>**Ingredients:** 1 gallon warm water, 1/4 cup white vinegar, 10 drops orange essential oil</w:t>
      </w:r>
    </w:p>
    <w:p w14:paraId="278D4F8B" w14:textId="77777777" w:rsidR="00440BA5" w:rsidRDefault="00D2197E">
      <w:r>
        <w:t>**Why it works:** Breaks up residue; orange oil leaves a fres</w:t>
      </w:r>
      <w:r>
        <w:t>h scent.</w:t>
      </w:r>
    </w:p>
    <w:p w14:paraId="73315EEF" w14:textId="77777777" w:rsidR="00440BA5" w:rsidRDefault="00D2197E">
      <w:pPr>
        <w:pStyle w:val="Heading2"/>
      </w:pPr>
      <w:r>
        <w:t>Natural Disinfectant Spray</w:t>
      </w:r>
    </w:p>
    <w:p w14:paraId="4813F60D" w14:textId="77777777" w:rsidR="00440BA5" w:rsidRDefault="00D2197E">
      <w:r>
        <w:t>**Ingredients:** 1 cup distilled water, 1/2 cup vinegar, 15 drops lavender or clove essential oil</w:t>
      </w:r>
    </w:p>
    <w:p w14:paraId="40D33B0C" w14:textId="77777777" w:rsidR="00440BA5" w:rsidRDefault="00D2197E">
      <w:r>
        <w:t>**Why it works:** Antibacterial without harsh bleach.</w:t>
      </w:r>
    </w:p>
    <w:p w14:paraId="028D0B89" w14:textId="77777777" w:rsidR="00440BA5" w:rsidRDefault="00D2197E">
      <w:pPr>
        <w:pStyle w:val="Heading2"/>
      </w:pPr>
      <w:r>
        <w:t>Laundry Detergent (Powdered)</w:t>
      </w:r>
    </w:p>
    <w:p w14:paraId="780047E1" w14:textId="77777777" w:rsidR="00440BA5" w:rsidRDefault="00D2197E">
      <w:r>
        <w:t xml:space="preserve">**Ingredients:** 1 cup washing soda, 1 </w:t>
      </w:r>
      <w:r>
        <w:t>cup baking soda, 1 bar Castile soap (grated)</w:t>
      </w:r>
    </w:p>
    <w:p w14:paraId="3DD27D06" w14:textId="77777777" w:rsidR="00440BA5" w:rsidRDefault="00D2197E">
      <w:r>
        <w:t>**Why it works:** Gentle, effective, and baby-safe.</w:t>
      </w:r>
    </w:p>
    <w:p w14:paraId="4F132A84" w14:textId="77777777" w:rsidR="00440BA5" w:rsidRDefault="00D2197E">
      <w:pPr>
        <w:pStyle w:val="Heading2"/>
      </w:pPr>
      <w:r>
        <w:lastRenderedPageBreak/>
        <w:t>Carpet Deodorizing Powder</w:t>
      </w:r>
    </w:p>
    <w:p w14:paraId="2D52F3E7" w14:textId="77777777" w:rsidR="00440BA5" w:rsidRDefault="00D2197E">
      <w:r>
        <w:t>**Ingredients:** 1 cup baking soda, 10 drops lavender or eucalyptus oil</w:t>
      </w:r>
    </w:p>
    <w:p w14:paraId="6263B89C" w14:textId="77777777" w:rsidR="00440BA5" w:rsidRDefault="00D2197E">
      <w:r>
        <w:t>**Why it works:** Absorbs odor and leaves a clean scent.</w:t>
      </w:r>
    </w:p>
    <w:p w14:paraId="26AE34C1" w14:textId="77777777" w:rsidR="00440BA5" w:rsidRDefault="00D2197E">
      <w:pPr>
        <w:pStyle w:val="Heading2"/>
      </w:pPr>
      <w:r>
        <w:t>Dish</w:t>
      </w:r>
      <w:r>
        <w:t xml:space="preserve"> Soap</w:t>
      </w:r>
    </w:p>
    <w:p w14:paraId="042AA22A" w14:textId="77777777" w:rsidR="00440BA5" w:rsidRDefault="00D2197E">
      <w:r>
        <w:t>**Ingredients:** 1/2 cup Castile soap, 1/4 cup distilled water, 1 tsp baking soda, 10 drops lemon oil</w:t>
      </w:r>
    </w:p>
    <w:p w14:paraId="729BD4C2" w14:textId="77777777" w:rsidR="00440BA5" w:rsidRDefault="00D2197E">
      <w:r>
        <w:t>**Why it works:** Cuts grease, gentle on hands.</w:t>
      </w:r>
    </w:p>
    <w:p w14:paraId="5F3E1CD2" w14:textId="77777777" w:rsidR="00440BA5" w:rsidRDefault="00D2197E">
      <w:pPr>
        <w:pStyle w:val="Heading2"/>
      </w:pPr>
      <w:r>
        <w:t>Drain Refresher</w:t>
      </w:r>
    </w:p>
    <w:p w14:paraId="6CE4985A" w14:textId="77777777" w:rsidR="00440BA5" w:rsidRDefault="00D2197E">
      <w:r>
        <w:t>**Ingredients:** 1/2 cup baking soda, 1/2 cup vinegar, Hot water to flush</w:t>
      </w:r>
    </w:p>
    <w:p w14:paraId="18B59C66" w14:textId="77777777" w:rsidR="00440BA5" w:rsidRDefault="00D2197E">
      <w:r>
        <w:t xml:space="preserve">**Why it </w:t>
      </w:r>
      <w:r>
        <w:t>works:** Fizz clears clogs and odors.</w:t>
      </w:r>
    </w:p>
    <w:p w14:paraId="0A3DB785" w14:textId="77777777" w:rsidR="00440BA5" w:rsidRDefault="00D2197E">
      <w:pPr>
        <w:pStyle w:val="Heading2"/>
      </w:pPr>
      <w:r>
        <w:t>Microwave Steam Cleaner</w:t>
      </w:r>
    </w:p>
    <w:p w14:paraId="7CB62136" w14:textId="77777777" w:rsidR="00440BA5" w:rsidRDefault="00D2197E">
      <w:r>
        <w:t>**Ingredients:** 1/2 cup vinegar, 1/2 cup water, Lemon slices</w:t>
      </w:r>
    </w:p>
    <w:p w14:paraId="722501C9" w14:textId="77777777" w:rsidR="00440BA5" w:rsidRDefault="00D2197E">
      <w:r>
        <w:t>**Why it works:** Steam loosens grime; vinegar deodorizes.</w:t>
      </w:r>
    </w:p>
    <w:p w14:paraId="10C26EE3" w14:textId="77777777" w:rsidR="00440BA5" w:rsidRDefault="00D2197E">
      <w:pPr>
        <w:pStyle w:val="Heading2"/>
      </w:pPr>
      <w:r>
        <w:t>Stainless Steel Polish</w:t>
      </w:r>
    </w:p>
    <w:p w14:paraId="0E24BF7A" w14:textId="77777777" w:rsidR="00440BA5" w:rsidRDefault="00D2197E">
      <w:r>
        <w:t>**Ingredients:** 1/4 cup olive oil, 1/4 cup vinega</w:t>
      </w:r>
      <w:r>
        <w:t>r</w:t>
      </w:r>
    </w:p>
    <w:p w14:paraId="32D269F6" w14:textId="77777777" w:rsidR="00440BA5" w:rsidRDefault="00D2197E">
      <w:r>
        <w:t>**Why it works:** Removes fingerprints and restores shine.</w:t>
      </w:r>
    </w:p>
    <w:p w14:paraId="4D37D683" w14:textId="77777777" w:rsidR="00440BA5" w:rsidRDefault="00D2197E">
      <w:pPr>
        <w:pStyle w:val="Heading2"/>
      </w:pPr>
      <w:r>
        <w:t>Furniture Polish</w:t>
      </w:r>
    </w:p>
    <w:p w14:paraId="722D38C0" w14:textId="77777777" w:rsidR="00440BA5" w:rsidRDefault="00D2197E">
      <w:r>
        <w:t>**Ingredients:** 1/2 cup olive oil, 1/4 cup lemon juice</w:t>
      </w:r>
    </w:p>
    <w:p w14:paraId="4BE723CC" w14:textId="77777777" w:rsidR="00440BA5" w:rsidRDefault="00D2197E">
      <w:r>
        <w:t>**Why it works:** Nourishes wood and adds shine.</w:t>
      </w:r>
    </w:p>
    <w:p w14:paraId="7D55214C" w14:textId="77777777" w:rsidR="00440BA5" w:rsidRDefault="00D2197E">
      <w:pPr>
        <w:pStyle w:val="Heading2"/>
      </w:pPr>
      <w:r>
        <w:t>Mattress Refresher</w:t>
      </w:r>
    </w:p>
    <w:p w14:paraId="45EB58CB" w14:textId="77777777" w:rsidR="00440BA5" w:rsidRDefault="00D2197E">
      <w:r>
        <w:t>**Ingredients:** 1 cup baking soda, 10 drops eucalyptu</w:t>
      </w:r>
      <w:r>
        <w:t>s oil</w:t>
      </w:r>
    </w:p>
    <w:p w14:paraId="70BA4B12" w14:textId="77777777" w:rsidR="00440BA5" w:rsidRDefault="00D2197E">
      <w:r>
        <w:t>**Why it works:** Deodorizes without chemicals.</w:t>
      </w:r>
    </w:p>
    <w:p w14:paraId="35DEDDE3" w14:textId="77777777" w:rsidR="00440BA5" w:rsidRDefault="00D2197E">
      <w:pPr>
        <w:pStyle w:val="Heading2"/>
      </w:pPr>
      <w:r>
        <w:t>Air Freshener Mist</w:t>
      </w:r>
    </w:p>
    <w:p w14:paraId="41F31A1E" w14:textId="77777777" w:rsidR="00440BA5" w:rsidRDefault="00D2197E">
      <w:r>
        <w:t>**Ingredients:** 1/2 cup water, 1 tbsp witch hazel or vodka, 15 drops essential oils</w:t>
      </w:r>
    </w:p>
    <w:p w14:paraId="263DC3C5" w14:textId="77777777" w:rsidR="00440BA5" w:rsidRDefault="00D2197E">
      <w:r>
        <w:t>**Why it works:** Naturally freshens air and boosts mood.</w:t>
      </w:r>
    </w:p>
    <w:p w14:paraId="2A8C325C" w14:textId="77777777" w:rsidR="00440BA5" w:rsidRDefault="00D2197E">
      <w:pPr>
        <w:pStyle w:val="Heading2"/>
      </w:pPr>
      <w:r>
        <w:t>Pet-Safe All-Purpose Cleaner</w:t>
      </w:r>
    </w:p>
    <w:p w14:paraId="5F74CC6F" w14:textId="77777777" w:rsidR="00440BA5" w:rsidRDefault="00D2197E">
      <w:r>
        <w:t>**Ingredien</w:t>
      </w:r>
      <w:r>
        <w:t>ts:** 1 cup distilled water, 1 tbsp baking soda, 10 drops lavender oil</w:t>
      </w:r>
    </w:p>
    <w:p w14:paraId="1ED3B670" w14:textId="77777777" w:rsidR="00440BA5" w:rsidRDefault="00D2197E">
      <w:r>
        <w:t>**Why it works:** Gentle and non-toxic for pets.</w:t>
      </w:r>
    </w:p>
    <w:p w14:paraId="3B0AA0AF" w14:textId="77777777" w:rsidR="00440BA5" w:rsidRDefault="00D2197E">
      <w:pPr>
        <w:pStyle w:val="Heading2"/>
      </w:pPr>
      <w:r>
        <w:lastRenderedPageBreak/>
        <w:t>Window Track Cleaner</w:t>
      </w:r>
    </w:p>
    <w:p w14:paraId="21C323AE" w14:textId="77777777" w:rsidR="00440BA5" w:rsidRDefault="00D2197E">
      <w:r>
        <w:t>**Ingredients:** Baking soda, Vinegar, Old toothbrush</w:t>
      </w:r>
    </w:p>
    <w:p w14:paraId="563C9656" w14:textId="77777777" w:rsidR="00440BA5" w:rsidRDefault="00D2197E">
      <w:r>
        <w:t xml:space="preserve">**Why it works:** Fizzing action lifts dirt from tight </w:t>
      </w:r>
      <w:r>
        <w:t>spaces.</w:t>
      </w:r>
    </w:p>
    <w:p w14:paraId="6D60500F" w14:textId="77777777" w:rsidR="00440BA5" w:rsidRDefault="00D2197E">
      <w:pPr>
        <w:pStyle w:val="Heading2"/>
      </w:pPr>
      <w:r>
        <w:t>Fabric Refresher Spray</w:t>
      </w:r>
    </w:p>
    <w:p w14:paraId="22EC4217" w14:textId="77777777" w:rsidR="00440BA5" w:rsidRDefault="00D2197E">
      <w:r>
        <w:t>**Ingredients:** 1 cup distilled water, 1 tbsp vodka, 10 drops lavender or bergamot oil</w:t>
      </w:r>
    </w:p>
    <w:p w14:paraId="5CB042E5" w14:textId="77777777" w:rsidR="00440BA5" w:rsidRDefault="00D2197E">
      <w:r>
        <w:t>**Why it works:** Freshens clothes, upholstery, and linens.</w:t>
      </w:r>
    </w:p>
    <w:p w14:paraId="71034386" w14:textId="77777777" w:rsidR="00440BA5" w:rsidRDefault="00D2197E">
      <w:pPr>
        <w:pStyle w:val="Heading2"/>
      </w:pPr>
      <w:r>
        <w:t>Oven Cleaning Paste</w:t>
      </w:r>
    </w:p>
    <w:p w14:paraId="254260F2" w14:textId="77777777" w:rsidR="00440BA5" w:rsidRDefault="00D2197E">
      <w:r>
        <w:t>**Ingredients:** 1/2 cup baking soda, Water, Spray vinega</w:t>
      </w:r>
      <w:r>
        <w:t>r after applying</w:t>
      </w:r>
    </w:p>
    <w:p w14:paraId="7E8DE1BA" w14:textId="77777777" w:rsidR="00440BA5" w:rsidRDefault="00D2197E">
      <w:r>
        <w:t>**Why it works:** Breaks down baked-on grease without fumes.</w:t>
      </w:r>
    </w:p>
    <w:p w14:paraId="24199728" w14:textId="77777777" w:rsidR="00440BA5" w:rsidRDefault="00D2197E">
      <w:pPr>
        <w:pStyle w:val="Heading2"/>
      </w:pPr>
      <w:r>
        <w:t>Baby Toy Cleaner</w:t>
      </w:r>
    </w:p>
    <w:p w14:paraId="04C8934E" w14:textId="77777777" w:rsidR="00440BA5" w:rsidRDefault="00D2197E">
      <w:r>
        <w:t>**Ingredients:** 1 cup distilled water, 1 tbsp white vinegar, 5 drops chamomile or lavender oil</w:t>
      </w:r>
    </w:p>
    <w:p w14:paraId="1DC7CC8A" w14:textId="77777777" w:rsidR="00440BA5" w:rsidRDefault="00D2197E">
      <w:r>
        <w:t xml:space="preserve">**Why it works:** Safe for wiping teething toys and </w:t>
      </w:r>
      <w:r>
        <w:t>surfaces.</w:t>
      </w:r>
    </w:p>
    <w:sectPr w:rsidR="00440BA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Mystical Woods Rough Script">
    <w:panose1 w:val="02000500000000000000"/>
    <w:charset w:val="4D"/>
    <w:family w:val="auto"/>
    <w:pitch w:val="variable"/>
    <w:sig w:usb0="2000000F" w:usb1="1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0BA5"/>
    <w:rsid w:val="00AA1D8D"/>
    <w:rsid w:val="00B47730"/>
    <w:rsid w:val="00CB0664"/>
    <w:rsid w:val="00D2197E"/>
    <w:rsid w:val="00E354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F1DDAD"/>
  <w14:defaultImageDpi w14:val="300"/>
  <w15:docId w15:val="{6C45FA9F-C5ED-E14A-B16A-72F66A05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Anthony Roig</cp:lastModifiedBy>
  <cp:revision>3</cp:revision>
  <dcterms:created xsi:type="dcterms:W3CDTF">2025-06-20T03:55:00Z</dcterms:created>
  <dcterms:modified xsi:type="dcterms:W3CDTF">2025-06-20T03:55:00Z</dcterms:modified>
  <cp:category/>
</cp:coreProperties>
</file>